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78FED" w14:textId="77777777" w:rsidR="007F6A1D" w:rsidRDefault="000F1FE5">
      <w:pPr>
        <w:spacing w:after="100"/>
      </w:pPr>
      <w:r>
        <w:rPr>
          <w:i/>
          <w:sz w:val="16"/>
        </w:rPr>
        <w:t xml:space="preserve">SPECIFIER'S NOTE: Edit bracketed options and project-specific criteria. Confirm the complete exterior wall assembly, including cladding, attachment system, insulation, air/water barrier, sheathing, and backup wall, is permitted by the adopted code and </w:t>
      </w:r>
      <w:r>
        <w:rPr>
          <w:i/>
          <w:sz w:val="16"/>
        </w:rPr>
        <w:t>supported by applicable test reports, listings, or engineering evaluations.</w:t>
      </w:r>
    </w:p>
    <w:p w14:paraId="7FA93270" w14:textId="77777777" w:rsidR="007F6A1D" w:rsidRDefault="000F1FE5">
      <w:pPr>
        <w:pStyle w:val="Part"/>
      </w:pPr>
      <w:r>
        <w:t>1  GENERAL</w:t>
      </w:r>
    </w:p>
    <w:p w14:paraId="1900ED7F" w14:textId="77777777" w:rsidR="007F6A1D" w:rsidRDefault="000F1FE5">
      <w:pPr>
        <w:pStyle w:val="Article"/>
        <w:keepNext/>
      </w:pPr>
      <w:r>
        <w:t>1.1  SUMMARY</w:t>
      </w:r>
    </w:p>
    <w:p w14:paraId="53A3EFE3" w14:textId="77777777" w:rsidR="007F6A1D" w:rsidRDefault="000F1FE5">
      <w:pPr>
        <w:spacing w:after="30"/>
      </w:pPr>
      <w:r>
        <w:t>.1  Section Includes: Furnish labor, materials, engineering, fabrication, equipment, and installation necessary to provide a complete drained and back-venti</w:t>
      </w:r>
      <w:r>
        <w:t>lated or pressure-equalized aluminum composite material (ACM) wall-panel system.</w:t>
      </w:r>
    </w:p>
    <w:p w14:paraId="5336ADA2" w14:textId="77777777" w:rsidR="007F6A1D" w:rsidRDefault="000F1FE5">
      <w:pPr>
        <w:spacing w:after="30"/>
        <w:ind w:left="360"/>
      </w:pPr>
      <w:r>
        <w:t>.1  Aluminum composite material wall panels.</w:t>
      </w:r>
    </w:p>
    <w:p w14:paraId="73AFF558" w14:textId="77777777" w:rsidR="007F6A1D" w:rsidRDefault="000F1FE5">
      <w:pPr>
        <w:spacing w:after="30"/>
        <w:ind w:left="360"/>
      </w:pPr>
      <w:r>
        <w:t>.2  Turtle Rib® dry-joint rainscreen support framing and stainless-steel attachment clips.</w:t>
      </w:r>
    </w:p>
    <w:p w14:paraId="40641479" w14:textId="77777777" w:rsidR="007F6A1D" w:rsidRDefault="000F1FE5">
      <w:pPr>
        <w:spacing w:after="30"/>
        <w:ind w:left="360"/>
      </w:pPr>
      <w:r>
        <w:t>.3  Thermally isolated exterior attachm</w:t>
      </w:r>
      <w:r>
        <w:t>ent clips and girts where indicated.</w:t>
      </w:r>
    </w:p>
    <w:p w14:paraId="5A724830" w14:textId="77777777" w:rsidR="007F6A1D" w:rsidRDefault="000F1FE5">
      <w:pPr>
        <w:spacing w:after="30"/>
        <w:ind w:left="360"/>
      </w:pPr>
      <w:r>
        <w:t>.4  Subframing, fasteners, flashings, closures, trim, sealants, and accessories required for a complete system.</w:t>
      </w:r>
    </w:p>
    <w:p w14:paraId="6D48384B" w14:textId="77777777" w:rsidR="007F6A1D" w:rsidRDefault="000F1FE5">
      <w:pPr>
        <w:spacing w:after="30"/>
        <w:ind w:left="360"/>
      </w:pPr>
      <w:r>
        <w:t>.5  Applications include wall cladding, soffits, fascia, column covers, parapets, canopies, and entrance fe</w:t>
      </w:r>
      <w:r>
        <w:t>atures.</w:t>
      </w:r>
    </w:p>
    <w:p w14:paraId="06A493CE" w14:textId="77777777" w:rsidR="007F6A1D" w:rsidRDefault="000F1FE5">
      <w:pPr>
        <w:pStyle w:val="Article"/>
        <w:keepNext/>
      </w:pPr>
      <w:r>
        <w:t>1.2  RELATED REQUIREMENTS</w:t>
      </w:r>
    </w:p>
    <w:p w14:paraId="72C6F15E" w14:textId="77777777" w:rsidR="007F6A1D" w:rsidRDefault="000F1FE5">
      <w:pPr>
        <w:spacing w:after="30"/>
      </w:pPr>
      <w:r>
        <w:t>.1  Section 05 12 00 - Structural Steel Framing.</w:t>
      </w:r>
    </w:p>
    <w:p w14:paraId="55269171" w14:textId="77777777" w:rsidR="007F6A1D" w:rsidRDefault="000F1FE5">
      <w:pPr>
        <w:spacing w:after="30"/>
      </w:pPr>
      <w:r>
        <w:t>.2  Section 05 40 00 - Cold-Formed Metal Framing.</w:t>
      </w:r>
    </w:p>
    <w:p w14:paraId="43A68447" w14:textId="77777777" w:rsidR="007F6A1D" w:rsidRDefault="000F1FE5">
      <w:pPr>
        <w:spacing w:after="30"/>
      </w:pPr>
      <w:r>
        <w:t>.3  Section 06 10 00 - Rough Carpentry.</w:t>
      </w:r>
    </w:p>
    <w:p w14:paraId="662D64AB" w14:textId="77777777" w:rsidR="007F6A1D" w:rsidRDefault="000F1FE5">
      <w:pPr>
        <w:spacing w:after="30"/>
      </w:pPr>
      <w:r>
        <w:t>.4  Section 07 21 00 - Thermal Insulation.</w:t>
      </w:r>
    </w:p>
    <w:p w14:paraId="767BDBE5" w14:textId="77777777" w:rsidR="007F6A1D" w:rsidRDefault="000F1FE5">
      <w:pPr>
        <w:spacing w:after="30"/>
      </w:pPr>
      <w:r>
        <w:t>.5  Section 07 25 00 - Weather Barriers.</w:t>
      </w:r>
    </w:p>
    <w:p w14:paraId="08AFCFFD" w14:textId="77777777" w:rsidR="007F6A1D" w:rsidRDefault="000F1FE5">
      <w:pPr>
        <w:spacing w:after="30"/>
      </w:pPr>
      <w:r>
        <w:t>.6  Section 07 27 00 - Air Barriers.</w:t>
      </w:r>
    </w:p>
    <w:p w14:paraId="5BCAD0AF" w14:textId="77777777" w:rsidR="007F6A1D" w:rsidRDefault="000F1FE5">
      <w:pPr>
        <w:spacing w:after="30"/>
      </w:pPr>
      <w:r>
        <w:t>.7  Section 07 62 00 - Sheet Metal Flashing and Trim.</w:t>
      </w:r>
    </w:p>
    <w:p w14:paraId="0EB4B71F" w14:textId="77777777" w:rsidR="007F6A1D" w:rsidRDefault="000F1FE5">
      <w:pPr>
        <w:spacing w:after="30"/>
      </w:pPr>
      <w:r>
        <w:t>.8  Section 07 92 00 - Joint Sealants.</w:t>
      </w:r>
    </w:p>
    <w:p w14:paraId="45E1E92B" w14:textId="77777777" w:rsidR="007F6A1D" w:rsidRDefault="000F1FE5">
      <w:pPr>
        <w:pStyle w:val="Article"/>
        <w:keepNext/>
      </w:pPr>
      <w:r>
        <w:t>1.3  REFERENCES</w:t>
      </w:r>
    </w:p>
    <w:p w14:paraId="06BAE659" w14:textId="77777777" w:rsidR="007F6A1D" w:rsidRDefault="000F1FE5">
      <w:pPr>
        <w:spacing w:after="30"/>
        <w:ind w:left="360"/>
      </w:pPr>
      <w:r>
        <w:t xml:space="preserve">.1  AAMA 2605: Voluntary Specification, Performance Requirements and Test Procedures for Superior Performing </w:t>
      </w:r>
      <w:r>
        <w:t>Organic Coatings on Aluminum Extrusions and Panels.</w:t>
      </w:r>
    </w:p>
    <w:p w14:paraId="4B23A1FF" w14:textId="77777777" w:rsidR="007F6A1D" w:rsidRDefault="000F1FE5">
      <w:pPr>
        <w:spacing w:after="30"/>
        <w:ind w:left="360"/>
      </w:pPr>
      <w:r>
        <w:t>.2  AAMA 508: Voluntary Test Method and Specification for Pressure Equalized Rain Screen Wall Cladding Systems.</w:t>
      </w:r>
    </w:p>
    <w:p w14:paraId="310AA049" w14:textId="77777777" w:rsidR="007F6A1D" w:rsidRDefault="000F1FE5">
      <w:pPr>
        <w:spacing w:after="30"/>
        <w:ind w:left="360"/>
      </w:pPr>
      <w:r>
        <w:t>.3  AAMA 501.1: Standard Test Method for Water Penetration of Windows, Curtain Walls and Doo</w:t>
      </w:r>
      <w:r>
        <w:t>rs Using Dynamic Pressure.</w:t>
      </w:r>
    </w:p>
    <w:p w14:paraId="7FB3D287" w14:textId="77777777" w:rsidR="007F6A1D" w:rsidRDefault="000F1FE5">
      <w:pPr>
        <w:spacing w:after="30"/>
        <w:ind w:left="360"/>
      </w:pPr>
      <w:r>
        <w:t>.4  ASTM B117: Standard Practice for Operating Salt Spray (Fog) Apparatus.</w:t>
      </w:r>
    </w:p>
    <w:p w14:paraId="30A08638" w14:textId="77777777" w:rsidR="007F6A1D" w:rsidRDefault="000F1FE5">
      <w:pPr>
        <w:spacing w:after="30"/>
        <w:ind w:left="360"/>
      </w:pPr>
      <w:r>
        <w:t>.5  ASTM D1781: Standard Test Method for Climbing Drum Peel for Adhesives.</w:t>
      </w:r>
    </w:p>
    <w:p w14:paraId="1949F1E1" w14:textId="77777777" w:rsidR="007F6A1D" w:rsidRDefault="000F1FE5">
      <w:pPr>
        <w:spacing w:after="30"/>
        <w:ind w:left="360"/>
      </w:pPr>
      <w:r>
        <w:t>.6  ASTM D2244: Standard Practice for Calculation of Color Tolerances and Color</w:t>
      </w:r>
      <w:r>
        <w:t xml:space="preserve"> Differences from Instrumentally Measured Color Coordinates.</w:t>
      </w:r>
    </w:p>
    <w:p w14:paraId="44D10EEB" w14:textId="77777777" w:rsidR="007F6A1D" w:rsidRDefault="000F1FE5">
      <w:pPr>
        <w:spacing w:after="30"/>
        <w:ind w:left="360"/>
      </w:pPr>
      <w:r>
        <w:t>.7  ASTM D3359: Standard Test Methods for Rating Adhesion by Tape Test.</w:t>
      </w:r>
    </w:p>
    <w:p w14:paraId="23362078" w14:textId="77777777" w:rsidR="007F6A1D" w:rsidRDefault="000F1FE5">
      <w:pPr>
        <w:spacing w:after="30"/>
        <w:ind w:left="360"/>
      </w:pPr>
      <w:r>
        <w:t>.8  ASTM E84: Standard Test Method for Surface Burning Characteristics of Building Materials.</w:t>
      </w:r>
    </w:p>
    <w:p w14:paraId="6E885FED" w14:textId="77777777" w:rsidR="007F6A1D" w:rsidRDefault="000F1FE5">
      <w:pPr>
        <w:spacing w:after="30"/>
        <w:ind w:left="360"/>
      </w:pPr>
      <w:r>
        <w:t xml:space="preserve">.9  ASTM E283: </w:t>
      </w:r>
      <w:r>
        <w:t>Standard Test Method for Determining Rate of Air Leakage Through Exterior Windows, Curtain Walls, and Doors Under Specified Pressure Differences Across the Specimen.</w:t>
      </w:r>
    </w:p>
    <w:p w14:paraId="00D4FA1E" w14:textId="77777777" w:rsidR="007F6A1D" w:rsidRDefault="000F1FE5">
      <w:pPr>
        <w:spacing w:after="30"/>
        <w:ind w:left="360"/>
      </w:pPr>
      <w:r>
        <w:t>.10  ASTM E330/E330M: Standard Test Method for Structural Performance of Exterior Windows,</w:t>
      </w:r>
      <w:r>
        <w:t xml:space="preserve"> Doors, Skylights and Curtain Walls by Uniform Static Air Pressure Difference.</w:t>
      </w:r>
    </w:p>
    <w:p w14:paraId="058BFD7C" w14:textId="77777777" w:rsidR="007F6A1D" w:rsidRDefault="000F1FE5">
      <w:pPr>
        <w:spacing w:after="30"/>
        <w:ind w:left="360"/>
      </w:pPr>
      <w:r>
        <w:t>.11  ASTM E331: Standard Test Method for Water Penetration of Exterior Windows, Skylights, Doors, and Curtain Walls by Uniform Static Air Pressure Difference.</w:t>
      </w:r>
    </w:p>
    <w:p w14:paraId="66883472" w14:textId="77777777" w:rsidR="007F6A1D" w:rsidRDefault="000F1FE5">
      <w:pPr>
        <w:spacing w:after="30"/>
        <w:ind w:left="360"/>
      </w:pPr>
      <w:r>
        <w:t>.12  ASTM E1233/E1</w:t>
      </w:r>
      <w:r>
        <w:t>233M: Standard Test Method for Structural Performance of Exterior Windows, Doors, Skylights, and Curtain Walls by Cyclic Air Pressure Differential.</w:t>
      </w:r>
    </w:p>
    <w:p w14:paraId="1250D9CF" w14:textId="77777777" w:rsidR="007F6A1D" w:rsidRDefault="000F1FE5">
      <w:pPr>
        <w:spacing w:after="30"/>
        <w:ind w:left="360"/>
      </w:pPr>
      <w:r>
        <w:t>.13  ASTM E2357: Standard Test Method for Determining Air Leakage Rate of Air Barrier Assemblies.</w:t>
      </w:r>
    </w:p>
    <w:p w14:paraId="42C08D00" w14:textId="77777777" w:rsidR="007F6A1D" w:rsidRDefault="000F1FE5">
      <w:pPr>
        <w:spacing w:after="30"/>
        <w:ind w:left="360"/>
      </w:pPr>
      <w:r>
        <w:t xml:space="preserve">.14  NFPA </w:t>
      </w:r>
      <w:r>
        <w:t>285: Standard Fire Test Method for Evaluation of Fire Propagation Characteristics of Exterior Wall Assemblies Containing Combustible Components.</w:t>
      </w:r>
    </w:p>
    <w:p w14:paraId="6FEE18AE" w14:textId="77777777" w:rsidR="007F6A1D" w:rsidRDefault="000F1FE5">
      <w:pPr>
        <w:spacing w:after="30"/>
        <w:ind w:left="360"/>
      </w:pPr>
      <w:r>
        <w:t>.15  ASCE/SEI 7: Minimum Design Loads and Associated Criteria for Buildings and Other Structures.</w:t>
      </w:r>
    </w:p>
    <w:p w14:paraId="1C35C9B1" w14:textId="77777777" w:rsidR="007F6A1D" w:rsidRDefault="000F1FE5">
      <w:pPr>
        <w:spacing w:after="30"/>
        <w:ind w:left="360"/>
      </w:pPr>
      <w:r>
        <w:t>.16  Internat</w:t>
      </w:r>
      <w:r>
        <w:t>ional Building Code (IBC): Edition adopted by the authority having jurisdiction.</w:t>
      </w:r>
    </w:p>
    <w:p w14:paraId="56875627" w14:textId="77777777" w:rsidR="007F6A1D" w:rsidRDefault="000F1FE5">
      <w:pPr>
        <w:pStyle w:val="Article"/>
        <w:keepNext/>
      </w:pPr>
      <w:r>
        <w:t>1.4  ADMINISTRATIVE REQUIREMENTS</w:t>
      </w:r>
    </w:p>
    <w:p w14:paraId="2101019E" w14:textId="77777777" w:rsidR="007F6A1D" w:rsidRDefault="000F1FE5">
      <w:pPr>
        <w:spacing w:after="30"/>
      </w:pPr>
      <w:r>
        <w:t>.1  Preinstallation Conference: Conduct at Project site before installation. Include Architect, Contractor, installer, panel fabricator, air-b</w:t>
      </w:r>
      <w:r>
        <w:t>arrier installer, insulation installer, and manufacturer's technical representative.</w:t>
      </w:r>
    </w:p>
    <w:p w14:paraId="3EA7D002" w14:textId="77777777" w:rsidR="007F6A1D" w:rsidRDefault="000F1FE5">
      <w:pPr>
        <w:spacing w:after="30"/>
      </w:pPr>
      <w:r>
        <w:t>.2  Coordination: Coordinate panel layout, penetrations, flashings, air/water-barrier transitions, thermal clips, and support framing with adjacent work before fabrication</w:t>
      </w:r>
      <w:r>
        <w:t>.</w:t>
      </w:r>
    </w:p>
    <w:p w14:paraId="46E3ACC0" w14:textId="77777777" w:rsidR="007F6A1D" w:rsidRDefault="000F1FE5">
      <w:pPr>
        <w:pStyle w:val="Article"/>
        <w:keepNext/>
      </w:pPr>
      <w:r>
        <w:t>1.5  SUBMITTALS</w:t>
      </w:r>
    </w:p>
    <w:p w14:paraId="27671B4B" w14:textId="77777777" w:rsidR="007F6A1D" w:rsidRDefault="000F1FE5">
      <w:pPr>
        <w:spacing w:after="30"/>
      </w:pPr>
      <w:r>
        <w:t>.1  Product Data: Submit manufacturer data for ACM sheets, Turtle Rib framing, stainless-steel clips, thermal isolation clips, girts, fasteners, finishes, and accessories.</w:t>
      </w:r>
    </w:p>
    <w:p w14:paraId="398EC20C" w14:textId="77777777" w:rsidR="007F6A1D" w:rsidRDefault="000F1FE5">
      <w:pPr>
        <w:spacing w:after="30"/>
      </w:pPr>
      <w:r>
        <w:t xml:space="preserve">.2  Shop Drawings: Show panel elevations, joint layout, profiles, </w:t>
      </w:r>
      <w:r>
        <w:t>panel returns, attachment spacing, thermal clips, girts, penetrations, flashings, drainage paths, compartment seals, soffits, corners, parapets, and interfaces with adjacent construction.</w:t>
      </w:r>
    </w:p>
    <w:p w14:paraId="34B709DF" w14:textId="77777777" w:rsidR="007F6A1D" w:rsidRDefault="000F1FE5">
      <w:pPr>
        <w:spacing w:after="30"/>
        <w:ind w:left="360"/>
      </w:pPr>
      <w:r>
        <w:t>.1  Shop Drawings and calculations shall be signed and sealed by a P</w:t>
      </w:r>
      <w:r>
        <w:t>rofessional Engineer licensed in the jurisdiction of the Project when required by Contract Documents or authority having jurisdiction.</w:t>
      </w:r>
    </w:p>
    <w:p w14:paraId="6D027CBC" w14:textId="77777777" w:rsidR="007F6A1D" w:rsidRDefault="000F1FE5">
      <w:pPr>
        <w:spacing w:after="30"/>
      </w:pPr>
      <w:r>
        <w:t>.3  Engineering Calculations: Submit calculations verifying panels, clips, girts, fasteners, and connections resist speci</w:t>
      </w:r>
      <w:r>
        <w:t>fied wind, seismic, dead, and other applicable loads.</w:t>
      </w:r>
    </w:p>
    <w:p w14:paraId="13783881" w14:textId="77777777" w:rsidR="007F6A1D" w:rsidRDefault="000F1FE5">
      <w:pPr>
        <w:spacing w:after="30"/>
      </w:pPr>
      <w:r>
        <w:t>.4  Samples: Submit representative panel finish samples, joint samples, and [12 by 12 inch] assembly sample showing panel, framing, stainless-steel clip, and thermal clip where applicable.</w:t>
      </w:r>
    </w:p>
    <w:p w14:paraId="061C5840" w14:textId="77777777" w:rsidR="007F6A1D" w:rsidRDefault="000F1FE5">
      <w:pPr>
        <w:spacing w:after="30"/>
      </w:pPr>
      <w:r>
        <w:lastRenderedPageBreak/>
        <w:t>.5  Test Repo</w:t>
      </w:r>
      <w:r>
        <w:t>rts: Submit independent laboratory reports demonstrating compliance with specified air, water, structural, pressure-equalization, coating, and fire-performance requirements.</w:t>
      </w:r>
    </w:p>
    <w:p w14:paraId="08724940" w14:textId="77777777" w:rsidR="007F6A1D" w:rsidRDefault="000F1FE5">
      <w:pPr>
        <w:spacing w:after="30"/>
      </w:pPr>
      <w:r>
        <w:t>.6  NFPA 285 Documentation: Submit test report, listing, or engineering evaluation</w:t>
      </w:r>
      <w:r>
        <w:t xml:space="preserve"> acceptable to the authority having jurisdiction for the complete proposed exterior wall assembly.</w:t>
      </w:r>
    </w:p>
    <w:p w14:paraId="2370BFFE" w14:textId="77777777" w:rsidR="007F6A1D" w:rsidRDefault="000F1FE5">
      <w:pPr>
        <w:spacing w:after="30"/>
        <w:ind w:left="360"/>
      </w:pPr>
      <w:r>
        <w:t>.1  Documentation shall identify cladding, panel core, joint configuration, support framing, thermal clips or girts, insulation type and thickness, air/water</w:t>
      </w:r>
      <w:r>
        <w:t xml:space="preserve"> barrier, sheathing, backup wall, floor-line fire blocking, and other conditions affecting compliance.</w:t>
      </w:r>
    </w:p>
    <w:p w14:paraId="37823F67" w14:textId="77777777" w:rsidR="007F6A1D" w:rsidRDefault="000F1FE5">
      <w:pPr>
        <w:spacing w:after="30"/>
        <w:ind w:left="360"/>
      </w:pPr>
      <w:r>
        <w:t>.2  NFPA 285 compliance shall not be established by an ASTM E84 report for the panel or insulation alone.</w:t>
      </w:r>
    </w:p>
    <w:p w14:paraId="1AC71AE0" w14:textId="77777777" w:rsidR="007F6A1D" w:rsidRDefault="000F1FE5">
      <w:pPr>
        <w:spacing w:after="30"/>
      </w:pPr>
      <w:r>
        <w:t xml:space="preserve">.7  Closeout Submittals: Submit </w:t>
      </w:r>
      <w:r>
        <w:t>cleaning instructions, maintenance data, warranties, approved shop drawings, and final color/finish schedule.</w:t>
      </w:r>
    </w:p>
    <w:p w14:paraId="635ECFA6" w14:textId="77777777" w:rsidR="007F6A1D" w:rsidRDefault="000F1FE5">
      <w:pPr>
        <w:pStyle w:val="Article"/>
        <w:keepNext/>
      </w:pPr>
      <w:r>
        <w:t>1.6  QUALITY ASSURANCE</w:t>
      </w:r>
    </w:p>
    <w:p w14:paraId="4751100F" w14:textId="77777777" w:rsidR="007F6A1D" w:rsidRDefault="000F1FE5">
      <w:pPr>
        <w:spacing w:after="30"/>
      </w:pPr>
      <w:r>
        <w:t>.1  Manufacturer Qualifications: Manufacturer shall have not less than five years of experience producing comparable exteri</w:t>
      </w:r>
      <w:r>
        <w:t>or rainscreen support systems.</w:t>
      </w:r>
    </w:p>
    <w:p w14:paraId="0BE1F9DA" w14:textId="77777777" w:rsidR="007F6A1D" w:rsidRDefault="000F1FE5">
      <w:pPr>
        <w:spacing w:after="30"/>
      </w:pPr>
      <w:r>
        <w:t>.2  Fabricator Qualifications: Fabricator shall be approved by the system manufacturer and experienced in routing, folding, and fabricating ACM panels of similar complexity.</w:t>
      </w:r>
    </w:p>
    <w:p w14:paraId="773AD0F8" w14:textId="77777777" w:rsidR="007F6A1D" w:rsidRDefault="000F1FE5">
      <w:pPr>
        <w:spacing w:after="30"/>
      </w:pPr>
      <w:r>
        <w:t xml:space="preserve">.3  Installer Qualifications: Installer shall have </w:t>
      </w:r>
      <w:r>
        <w:t>not less than five years of documented experience installing comparable ACM rainscreen systems.</w:t>
      </w:r>
    </w:p>
    <w:p w14:paraId="266FC3D0" w14:textId="77777777" w:rsidR="007F6A1D" w:rsidRDefault="000F1FE5">
      <w:pPr>
        <w:spacing w:after="30"/>
      </w:pPr>
      <w:r>
        <w:t>.4  Single-Source Responsibility: Obtain Turtle Rib framing, stainless-steel panel clips, and related proprietary accessories from a single manufacturer.</w:t>
      </w:r>
    </w:p>
    <w:p w14:paraId="28B7D702" w14:textId="77777777" w:rsidR="007F6A1D" w:rsidRDefault="000F1FE5">
      <w:pPr>
        <w:spacing w:after="30"/>
      </w:pPr>
      <w:r>
        <w:t>.5  Mo</w:t>
      </w:r>
      <w:r>
        <w:t>ckup: Construct [size] mockup incorporating typical panel joints, inside and outside corners, window interface, base flashing, soffit transition, thermal clips, insulation, and air/water barrier.</w:t>
      </w:r>
    </w:p>
    <w:p w14:paraId="2FC03667" w14:textId="77777777" w:rsidR="007F6A1D" w:rsidRDefault="000F1FE5">
      <w:pPr>
        <w:pStyle w:val="Article"/>
        <w:keepNext/>
      </w:pPr>
      <w:r>
        <w:t>1.7  PERFORMANCE REQUIREMENTS</w:t>
      </w:r>
    </w:p>
    <w:p w14:paraId="7BF3DC9D" w14:textId="77777777" w:rsidR="007F6A1D" w:rsidRDefault="000F1FE5">
      <w:pPr>
        <w:spacing w:after="30"/>
      </w:pPr>
      <w:r>
        <w:t xml:space="preserve">.1  Delegated Design: </w:t>
      </w:r>
      <w:r>
        <w:t>Design panels, framing, clips, thermal attachment system, girts, fasteners, and connections for loads and conditions indicated, without permanent deformation, fastener failure, panel disengagement, or loss of weather resistance.</w:t>
      </w:r>
    </w:p>
    <w:p w14:paraId="55637303" w14:textId="77777777" w:rsidR="007F6A1D" w:rsidRDefault="000F1FE5">
      <w:pPr>
        <w:spacing w:after="30"/>
        <w:ind w:left="360"/>
      </w:pPr>
      <w:r>
        <w:t xml:space="preserve">.1  Design wind pressures: </w:t>
      </w:r>
      <w:r>
        <w:t>As indicated on Structural Drawings and determined in accordance with adopted building code and ASCE/SEI 7.</w:t>
      </w:r>
    </w:p>
    <w:p w14:paraId="63401D38" w14:textId="77777777" w:rsidR="007F6A1D" w:rsidRDefault="000F1FE5">
      <w:pPr>
        <w:spacing w:after="30"/>
        <w:ind w:left="360"/>
      </w:pPr>
      <w:r>
        <w:t>.2  Seismic loads and interstory drift: As required by adopted building code.</w:t>
      </w:r>
    </w:p>
    <w:p w14:paraId="2DADD319" w14:textId="77777777" w:rsidR="007F6A1D" w:rsidRDefault="000F1FE5">
      <w:pPr>
        <w:spacing w:after="30"/>
        <w:ind w:left="360"/>
      </w:pPr>
      <w:r>
        <w:t>.3  Thermal movement: Accommodate temperature-induced movement without</w:t>
      </w:r>
      <w:r>
        <w:t xml:space="preserve"> buckling, opening of joints, overstressing components, or damaging finishes.</w:t>
      </w:r>
    </w:p>
    <w:p w14:paraId="00883330" w14:textId="77777777" w:rsidR="007F6A1D" w:rsidRDefault="000F1FE5">
      <w:pPr>
        <w:spacing w:after="30"/>
        <w:ind w:left="360"/>
      </w:pPr>
      <w:r>
        <w:t>.4  Building movement: Accommodate live-load deflection, creep, shrinkage, and differential movement of supporting construction.</w:t>
      </w:r>
    </w:p>
    <w:p w14:paraId="04206865" w14:textId="77777777" w:rsidR="007F6A1D" w:rsidRDefault="000F1FE5">
      <w:pPr>
        <w:spacing w:after="30"/>
      </w:pPr>
      <w:r>
        <w:t>.2  Structural Performance: No permanent deformat</w:t>
      </w:r>
      <w:r>
        <w:t>ion or failure when tested in accordance with ASTM E330/E330M at design pressure. [Provide proof-load testing to 1.5 times design pressure.]</w:t>
      </w:r>
    </w:p>
    <w:p w14:paraId="6A51A7C2" w14:textId="77777777" w:rsidR="007F6A1D" w:rsidRDefault="000F1FE5">
      <w:pPr>
        <w:spacing w:after="30"/>
      </w:pPr>
      <w:r>
        <w:t>.3  Air Leakage: Maximum 0.12 cfm/sq. ft. at 1.57 psf when tested in accordance with ASTM E283, measured through th</w:t>
      </w:r>
      <w:r>
        <w:t>e complete wall specimen or through the designated air-barrier plane as applicable to the tested assembly.</w:t>
      </w:r>
    </w:p>
    <w:p w14:paraId="599DA43C" w14:textId="77777777" w:rsidR="007F6A1D" w:rsidRDefault="000F1FE5">
      <w:pPr>
        <w:spacing w:after="30"/>
      </w:pPr>
      <w:r>
        <w:t>.4  Static Water Penetration: No uncontrolled water penetration to the interior side of the air/water barrier when tested in accordance with ASTM E33</w:t>
      </w:r>
      <w:r>
        <w:t>1 at 6.24 psf for 15 minutes.</w:t>
      </w:r>
    </w:p>
    <w:p w14:paraId="0FB27BD3" w14:textId="77777777" w:rsidR="007F6A1D" w:rsidRDefault="000F1FE5">
      <w:pPr>
        <w:spacing w:after="30"/>
        <w:ind w:left="360"/>
      </w:pPr>
      <w:r>
        <w:t>.1  Where higher project pressures are indicated, test at the specified pressure.</w:t>
      </w:r>
    </w:p>
    <w:p w14:paraId="4D4501F4" w14:textId="77777777" w:rsidR="007F6A1D" w:rsidRDefault="000F1FE5">
      <w:pPr>
        <w:spacing w:after="30"/>
      </w:pPr>
      <w:r>
        <w:t>.5  Dynamic Water Penetration: No uncontrolled water penetration to the interior side of the air/water barrier when tested in accordance with AA</w:t>
      </w:r>
      <w:r>
        <w:t>MA 501.1 at 6.24 psf.</w:t>
      </w:r>
    </w:p>
    <w:p w14:paraId="6B68BF3C" w14:textId="77777777" w:rsidR="007F6A1D" w:rsidRDefault="000F1FE5">
      <w:pPr>
        <w:spacing w:after="30"/>
      </w:pPr>
      <w:r>
        <w:t>.6  Pressure Equalization: Rainscreen assembly shall comply with AAMA 508 and incorporate drainage, ventilation, and compartmentalization necessary for pressure moderation.</w:t>
      </w:r>
    </w:p>
    <w:p w14:paraId="2C7D5995" w14:textId="77777777" w:rsidR="007F6A1D" w:rsidRDefault="000F1FE5">
      <w:pPr>
        <w:spacing w:after="30"/>
        <w:ind w:left="360"/>
      </w:pPr>
      <w:r>
        <w:t>.1  Provide independent test report for the specified exposed</w:t>
      </w:r>
      <w:r>
        <w:t>-fastener or concealed-fastener configuration.</w:t>
      </w:r>
    </w:p>
    <w:p w14:paraId="5FE27B79" w14:textId="77777777" w:rsidR="007F6A1D" w:rsidRDefault="000F1FE5">
      <w:pPr>
        <w:spacing w:after="30"/>
        <w:ind w:left="360"/>
      </w:pPr>
      <w:r>
        <w:t>.2  Cavity pressure response shall follow exterior cyclic pressure without excessive lag or differential, as demonstrated by the submitted AAMA 508 test report.</w:t>
      </w:r>
    </w:p>
    <w:p w14:paraId="0EA7C2B4" w14:textId="77777777" w:rsidR="007F6A1D" w:rsidRDefault="000F1FE5">
      <w:pPr>
        <w:spacing w:after="30"/>
      </w:pPr>
      <w:r>
        <w:t>.7  Fire Performance: Complete exterior wall ass</w:t>
      </w:r>
      <w:r>
        <w:t>embly shall comply with applicable provisions of the adopted IBC.</w:t>
      </w:r>
    </w:p>
    <w:p w14:paraId="54E51C86" w14:textId="77777777" w:rsidR="007F6A1D" w:rsidRDefault="000F1FE5">
      <w:pPr>
        <w:spacing w:after="30"/>
        <w:ind w:left="360"/>
      </w:pPr>
      <w:r>
        <w:t>.1  Where NFPA 285 is required, provide an assembly tested in accordance with NFPA 285 or supported by a code-compliant engineering evaluation accepted by the authority having jurisdiction.</w:t>
      </w:r>
    </w:p>
    <w:p w14:paraId="7484362A" w14:textId="77777777" w:rsidR="007F6A1D" w:rsidRDefault="000F1FE5">
      <w:pPr>
        <w:spacing w:after="30"/>
        <w:ind w:left="360"/>
      </w:pPr>
      <w:r>
        <w:t>.2  Substitutions affecting ACM core, panel thickness, attachment system, cavity depth, thermal clips, girts, insulation, air/water barrier, sheathing, backup wall, or fire blocking shall be reviewed for continued NFPA 285 compliance before acceptance.</w:t>
      </w:r>
    </w:p>
    <w:p w14:paraId="0F1EE245" w14:textId="77777777" w:rsidR="007F6A1D" w:rsidRDefault="000F1FE5">
      <w:pPr>
        <w:spacing w:after="30"/>
        <w:ind w:left="360"/>
      </w:pPr>
      <w:r>
        <w:t xml:space="preserve">.3 </w:t>
      </w:r>
      <w:r>
        <w:t xml:space="preserve"> ASTM E84 surface-burning results are material-level data and do not replace NFPA 285 assembly compliance.</w:t>
      </w:r>
    </w:p>
    <w:p w14:paraId="2EDB3208" w14:textId="77777777" w:rsidR="007F6A1D" w:rsidRDefault="000F1FE5">
      <w:pPr>
        <w:spacing w:after="30"/>
      </w:pPr>
      <w:r>
        <w:t>.8  Thermal Performance: Exterior attachment system shall minimize thermal bridging and maintain continuity of exterior insulation.</w:t>
      </w:r>
    </w:p>
    <w:p w14:paraId="2A1B22E4" w14:textId="77777777" w:rsidR="007F6A1D" w:rsidRDefault="000F1FE5">
      <w:pPr>
        <w:spacing w:after="30"/>
        <w:ind w:left="360"/>
      </w:pPr>
      <w:r>
        <w:t xml:space="preserve">.1  Thermal clip </w:t>
      </w:r>
      <w:r>
        <w:t>material shall have published thermal conductivity not greater than [0.30 W/m·K] [2.08 Btu-in./hr·sq. ft.·deg F], unless otherwise accepted based on project thermal modeling.</w:t>
      </w:r>
    </w:p>
    <w:p w14:paraId="6E165154" w14:textId="77777777" w:rsidR="007F6A1D" w:rsidRDefault="000F1FE5">
      <w:pPr>
        <w:spacing w:after="30"/>
        <w:ind w:left="360"/>
      </w:pPr>
      <w:r>
        <w:t>.2  Clip geometry, spacing, fasteners, and girts shall be included in project-spe</w:t>
      </w:r>
      <w:r>
        <w:t>cific effective R-value or U-factor calculations where required.</w:t>
      </w:r>
    </w:p>
    <w:p w14:paraId="693AEED0" w14:textId="77777777" w:rsidR="007F6A1D" w:rsidRDefault="000F1FE5">
      <w:pPr>
        <w:spacing w:after="30"/>
      </w:pPr>
      <w:r>
        <w:t>.9  Corrosion Resistance: Separate dissimilar metals and protect metals in contact with concrete, masonry, pressure-treated wood, or cementitious materials.</w:t>
      </w:r>
    </w:p>
    <w:p w14:paraId="14E87F9A" w14:textId="77777777" w:rsidR="007F6A1D" w:rsidRDefault="000F1FE5">
      <w:pPr>
        <w:spacing w:after="30"/>
      </w:pPr>
      <w:r>
        <w:t>.10  Drainage: Provide clear drain</w:t>
      </w:r>
      <w:r>
        <w:t>age paths and flashing to direct incidental water to exterior. Do not block cavity drainage or ventilation with sealant, insulation, or closures except where specifically detailed.</w:t>
      </w:r>
    </w:p>
    <w:p w14:paraId="3673E8D9" w14:textId="77777777" w:rsidR="007F6A1D" w:rsidRDefault="000F1FE5">
      <w:pPr>
        <w:pStyle w:val="Article"/>
        <w:keepNext/>
      </w:pPr>
      <w:r>
        <w:t>1.8  DELIVERY, STORAGE, AND HANDLING</w:t>
      </w:r>
    </w:p>
    <w:p w14:paraId="17B8A5A0" w14:textId="77777777" w:rsidR="007F6A1D" w:rsidRDefault="000F1FE5">
      <w:pPr>
        <w:spacing w:after="30"/>
      </w:pPr>
      <w:r>
        <w:t>.1  Deliver products in manufacturer's</w:t>
      </w:r>
      <w:r>
        <w:t xml:space="preserve"> original packaging, identified for installation location.</w:t>
      </w:r>
    </w:p>
    <w:p w14:paraId="21B6A7F8" w14:textId="77777777" w:rsidR="007F6A1D" w:rsidRDefault="000F1FE5">
      <w:pPr>
        <w:spacing w:after="30"/>
      </w:pPr>
      <w:r>
        <w:t>.2  Store panels flat, dry, ventilated, and protected from staining, distortion, impact, and damage to protective film.</w:t>
      </w:r>
    </w:p>
    <w:p w14:paraId="77569B73" w14:textId="77777777" w:rsidR="007F6A1D" w:rsidRDefault="000F1FE5">
      <w:pPr>
        <w:spacing w:after="30"/>
      </w:pPr>
      <w:r>
        <w:t>.3  Store thermal clips, girts, fasteners, and accessories off ground and pro</w:t>
      </w:r>
      <w:r>
        <w:t>tected from moisture and contamination.</w:t>
      </w:r>
    </w:p>
    <w:p w14:paraId="50967A1F" w14:textId="77777777" w:rsidR="007F6A1D" w:rsidRDefault="000F1FE5">
      <w:pPr>
        <w:pStyle w:val="Article"/>
        <w:keepNext/>
      </w:pPr>
      <w:r>
        <w:lastRenderedPageBreak/>
        <w:t>1.9  WARRANTY</w:t>
      </w:r>
    </w:p>
    <w:p w14:paraId="37D7CE1B" w14:textId="77777777" w:rsidR="007F6A1D" w:rsidRDefault="000F1FE5">
      <w:pPr>
        <w:spacing w:after="30"/>
      </w:pPr>
      <w:r>
        <w:t xml:space="preserve">.1  Panel Finish Warranty: Manufacturer's standard written warranty against excessive fading, chalking, and loss of adhesion for not less than [20] [30] years, subject to finish selected and </w:t>
      </w:r>
      <w:r>
        <w:t>exposure conditions.</w:t>
      </w:r>
    </w:p>
    <w:p w14:paraId="6D0AA94A" w14:textId="77777777" w:rsidR="007F6A1D" w:rsidRDefault="000F1FE5">
      <w:pPr>
        <w:spacing w:after="30"/>
      </w:pPr>
      <w:r>
        <w:t>.2  System Material Warranty: Manufacturer's standard written warranty against defects in proprietary framing and clip components for not less than five years.</w:t>
      </w:r>
    </w:p>
    <w:p w14:paraId="4D0D60A9" w14:textId="77777777" w:rsidR="007F6A1D" w:rsidRDefault="000F1FE5">
      <w:pPr>
        <w:pStyle w:val="Part"/>
      </w:pPr>
      <w:r>
        <w:t>2  PRODUCTS</w:t>
      </w:r>
    </w:p>
    <w:p w14:paraId="15421913" w14:textId="77777777" w:rsidR="007F6A1D" w:rsidRDefault="000F1FE5">
      <w:pPr>
        <w:pStyle w:val="Article"/>
        <w:keepNext/>
      </w:pPr>
      <w:r>
        <w:t>2.1  MANUFACTURER</w:t>
      </w:r>
    </w:p>
    <w:p w14:paraId="23C8B40A" w14:textId="77777777" w:rsidR="007F6A1D" w:rsidRDefault="000F1FE5">
      <w:pPr>
        <w:spacing w:after="30"/>
      </w:pPr>
      <w:r>
        <w:t>.1  Basis-of-Design Rainscreen Support System</w:t>
      </w:r>
      <w:r>
        <w:t>: Turtle Rib® by Engineered Architecturals®, telephone 800-737-5811, www.turtlerib.com, info@turtlerib.com.</w:t>
      </w:r>
    </w:p>
    <w:p w14:paraId="65AF97B5" w14:textId="77777777" w:rsidR="007F6A1D" w:rsidRDefault="000F1FE5">
      <w:pPr>
        <w:spacing w:after="30"/>
      </w:pPr>
      <w:r>
        <w:t>.2  Substitutions: Comply with Division 01. Proposed substitutions shall demonstrate equivalent configuration, stainless-steel panel clips, structur</w:t>
      </w:r>
      <w:r>
        <w:t>al performance, air/water performance, pressure equalization, durability, and compatibility with the specified NFPA 285 wall assembly.</w:t>
      </w:r>
    </w:p>
    <w:p w14:paraId="1C5BDDD0" w14:textId="77777777" w:rsidR="007F6A1D" w:rsidRDefault="000F1FE5">
      <w:pPr>
        <w:pStyle w:val="Article"/>
        <w:keepNext/>
      </w:pPr>
      <w:r>
        <w:t>2.2  ALUMINUM COMPOSITE MATERIAL PANELS</w:t>
      </w:r>
    </w:p>
    <w:p w14:paraId="0B592CFD" w14:textId="77777777" w:rsidR="007F6A1D" w:rsidRDefault="000F1FE5">
      <w:pPr>
        <w:spacing w:after="30"/>
      </w:pPr>
      <w:r>
        <w:t>.1  ACM Sheet: ALPOLIC® by Mitsubishi Chemical America, Inc., or approved equal a</w:t>
      </w:r>
      <w:r>
        <w:t>ccepted by written addendum before bid.</w:t>
      </w:r>
    </w:p>
    <w:p w14:paraId="771F90C4" w14:textId="77777777" w:rsidR="007F6A1D" w:rsidRDefault="000F1FE5">
      <w:pPr>
        <w:spacing w:after="30"/>
        <w:ind w:left="360"/>
      </w:pPr>
      <w:r>
        <w:t>.1  Overall thickness: 4 mm.</w:t>
      </w:r>
    </w:p>
    <w:p w14:paraId="1101AB83" w14:textId="77777777" w:rsidR="007F6A1D" w:rsidRDefault="000F1FE5">
      <w:pPr>
        <w:spacing w:after="30"/>
        <w:ind w:left="360"/>
      </w:pPr>
      <w:r>
        <w:t>.2  Core: Fire-retardant core suitable for the proposed NFPA 285-compliant exterior wall assembly.</w:t>
      </w:r>
    </w:p>
    <w:p w14:paraId="081D8142" w14:textId="77777777" w:rsidR="007F6A1D" w:rsidRDefault="000F1FE5">
      <w:pPr>
        <w:spacing w:after="30"/>
        <w:ind w:left="360"/>
      </w:pPr>
      <w:r>
        <w:t xml:space="preserve">.3  Aluminum face thickness: Manufacturer's standard for exterior architectural panels, </w:t>
      </w:r>
      <w:r>
        <w:t>not less than [0.020 inch] unless otherwise approved.</w:t>
      </w:r>
    </w:p>
    <w:p w14:paraId="6EF46B15" w14:textId="77777777" w:rsidR="007F6A1D" w:rsidRDefault="000F1FE5">
      <w:pPr>
        <w:spacing w:after="30"/>
        <w:ind w:left="360"/>
      </w:pPr>
      <w:r>
        <w:t>.4  Panel fabrication: Rout-and-return construction with [single-return exposed-fastener] [double-return concealed-fastener] edges as indicated.</w:t>
      </w:r>
    </w:p>
    <w:p w14:paraId="31BD07FB" w14:textId="77777777" w:rsidR="007F6A1D" w:rsidRDefault="000F1FE5">
      <w:pPr>
        <w:spacing w:after="30"/>
        <w:ind w:left="360"/>
      </w:pPr>
      <w:r>
        <w:t xml:space="preserve">.5  Panel dimensions and joint widths: As </w:t>
      </w:r>
      <w:r>
        <w:t>indicated on approved Shop Drawings.</w:t>
      </w:r>
    </w:p>
    <w:p w14:paraId="3BE7EBB2" w14:textId="77777777" w:rsidR="007F6A1D" w:rsidRDefault="000F1FE5">
      <w:pPr>
        <w:spacing w:after="30"/>
      </w:pPr>
      <w:r>
        <w:t>.2  Finish: Factory-applied FEVE or 70-percent PVDF coating meeting AAMA 2605.</w:t>
      </w:r>
    </w:p>
    <w:p w14:paraId="4B49D864" w14:textId="77777777" w:rsidR="007F6A1D" w:rsidRDefault="000F1FE5">
      <w:pPr>
        <w:spacing w:after="30"/>
        <w:ind w:left="360"/>
      </w:pPr>
      <w:r>
        <w:t>.1  Color and pattern: [As indicated] [Selected by Architect from manufacturer's standard range].</w:t>
      </w:r>
    </w:p>
    <w:p w14:paraId="6AFF4E2A" w14:textId="77777777" w:rsidR="007F6A1D" w:rsidRDefault="000F1FE5">
      <w:pPr>
        <w:spacing w:after="30"/>
        <w:ind w:left="360"/>
      </w:pPr>
      <w:r>
        <w:t>.2  Gloss and texture: Manufacturer's stan</w:t>
      </w:r>
      <w:r>
        <w:t>dard for selected finish.</w:t>
      </w:r>
    </w:p>
    <w:p w14:paraId="5F66994B" w14:textId="77777777" w:rsidR="007F6A1D" w:rsidRDefault="000F1FE5">
      <w:pPr>
        <w:pStyle w:val="Article"/>
        <w:keepNext/>
      </w:pPr>
      <w:r>
        <w:t>2.3  TURTLE RIB RAINSCREEN SUPPORT SYSTEM</w:t>
      </w:r>
    </w:p>
    <w:p w14:paraId="7E13ABC8" w14:textId="77777777" w:rsidR="007F6A1D" w:rsidRDefault="000F1FE5">
      <w:pPr>
        <w:spacing w:after="30"/>
      </w:pPr>
      <w:r>
        <w:t>.1  Framing: Extruded-aluminum dry-joint pressure-equalized rainscreen framing configured for panel application indicated.</w:t>
      </w:r>
    </w:p>
    <w:p w14:paraId="53B21A2E" w14:textId="77777777" w:rsidR="007F6A1D" w:rsidRDefault="000F1FE5">
      <w:pPr>
        <w:spacing w:after="30"/>
      </w:pPr>
      <w:r>
        <w:t xml:space="preserve">.2  Panel Clips: 18-gage stainless-steel full clips, half clips, </w:t>
      </w:r>
      <w:r>
        <w:t>parapet clips, and other proprietary clips required by the approved Shop Drawings.</w:t>
      </w:r>
    </w:p>
    <w:p w14:paraId="72A340BB" w14:textId="77777777" w:rsidR="007F6A1D" w:rsidRDefault="000F1FE5">
      <w:pPr>
        <w:spacing w:after="30"/>
        <w:ind w:left="360"/>
      </w:pPr>
      <w:r>
        <w:t>.1  Aluminum panel attachment clips are not permitted.</w:t>
      </w:r>
    </w:p>
    <w:p w14:paraId="7BF746F5" w14:textId="77777777" w:rsidR="007F6A1D" w:rsidRDefault="000F1FE5">
      <w:pPr>
        <w:spacing w:after="30"/>
      </w:pPr>
      <w:r>
        <w:t>.3  Configurations: [Exposed-fastener single-return] [Concealed-fastener double-return] [Combination] system.</w:t>
      </w:r>
    </w:p>
    <w:p w14:paraId="586A1D1D" w14:textId="77777777" w:rsidR="007F6A1D" w:rsidRDefault="000F1FE5">
      <w:pPr>
        <w:spacing w:after="30"/>
      </w:pPr>
      <w:r>
        <w:t>.4  Acce</w:t>
      </w:r>
      <w:r>
        <w:t>ssories: Manufacturer's standard base, head, jamb, corner, parapet, soffit, transition, drainage, and compartment accessories.</w:t>
      </w:r>
    </w:p>
    <w:p w14:paraId="79EBC1F7" w14:textId="77777777" w:rsidR="007F6A1D" w:rsidRDefault="000F1FE5">
      <w:pPr>
        <w:spacing w:after="30"/>
      </w:pPr>
      <w:r>
        <w:t xml:space="preserve">.5  Fasteners: Corrosion-resistant stainless steel or other fasteners approved by system manufacturer and Engineer for substrate </w:t>
      </w:r>
      <w:r>
        <w:t>and exposure.</w:t>
      </w:r>
    </w:p>
    <w:p w14:paraId="647D182A" w14:textId="77777777" w:rsidR="007F6A1D" w:rsidRDefault="000F1FE5">
      <w:pPr>
        <w:pStyle w:val="Article"/>
        <w:keepNext/>
      </w:pPr>
      <w:r>
        <w:t>2.4  THERMALLY ISOLATED ATTACHMENT SYSTEM</w:t>
      </w:r>
    </w:p>
    <w:p w14:paraId="2E14F1C7" w14:textId="77777777" w:rsidR="007F6A1D" w:rsidRDefault="000F1FE5">
      <w:pPr>
        <w:spacing w:after="30"/>
      </w:pPr>
      <w:r>
        <w:t>.1  Thermal Clips: Proprietary structural thermal-isolation clips manufactured from high-strength, low-conductivity, UV-stable, noncorrosive, fiber-reinforced polymer or engineered composite material.</w:t>
      </w:r>
    </w:p>
    <w:p w14:paraId="748C360F" w14:textId="77777777" w:rsidR="007F6A1D" w:rsidRDefault="000F1FE5">
      <w:pPr>
        <w:spacing w:after="30"/>
        <w:ind w:left="360"/>
      </w:pPr>
      <w:r>
        <w:t>.1  Clip depth: Sized to accommodate continuous insulation thickness indicated.</w:t>
      </w:r>
    </w:p>
    <w:p w14:paraId="4202C453" w14:textId="77777777" w:rsidR="007F6A1D" w:rsidRDefault="000F1FE5">
      <w:pPr>
        <w:spacing w:after="30"/>
        <w:ind w:left="360"/>
      </w:pPr>
      <w:r>
        <w:t>.2  Configuration: Provide integral or separate features to receive exterior aluminum girts and maintain alignment during installation.</w:t>
      </w:r>
    </w:p>
    <w:p w14:paraId="7F328D20" w14:textId="77777777" w:rsidR="007F6A1D" w:rsidRDefault="000F1FE5">
      <w:pPr>
        <w:spacing w:after="30"/>
        <w:ind w:left="360"/>
      </w:pPr>
      <w:r>
        <w:t xml:space="preserve">.3  Structural capacity: </w:t>
      </w:r>
      <w:r>
        <w:t>Published allowable loads shall be based on testing or engineering analysis for clip orientation and loading used.</w:t>
      </w:r>
    </w:p>
    <w:p w14:paraId="515CF0D2" w14:textId="77777777" w:rsidR="007F6A1D" w:rsidRDefault="000F1FE5">
      <w:pPr>
        <w:spacing w:after="30"/>
        <w:ind w:left="360"/>
      </w:pPr>
      <w:r>
        <w:t>.4  Long-term performance: Account for creep, temperature, moisture, and duration of load in allowable design values.</w:t>
      </w:r>
    </w:p>
    <w:p w14:paraId="758F8D37" w14:textId="77777777" w:rsidR="007F6A1D" w:rsidRDefault="000F1FE5">
      <w:pPr>
        <w:spacing w:after="30"/>
        <w:ind w:left="360"/>
      </w:pPr>
      <w:r>
        <w:t>.5  Fire performance: C</w:t>
      </w:r>
      <w:r>
        <w:t>lip material and configuration shall be permitted within the proposed NFPA 285-compliant wall assembly or supported by an accepted engineering evaluation.</w:t>
      </w:r>
    </w:p>
    <w:p w14:paraId="1F296A86" w14:textId="77777777" w:rsidR="007F6A1D" w:rsidRDefault="000F1FE5">
      <w:pPr>
        <w:spacing w:after="30"/>
        <w:ind w:left="360"/>
      </w:pPr>
      <w:r>
        <w:t>.6  Thermal performance: Provide published thermal conductivity and project-specific thermal-bridging</w:t>
      </w:r>
      <w:r>
        <w:t xml:space="preserve"> data when required.</w:t>
      </w:r>
    </w:p>
    <w:p w14:paraId="12E84DC1" w14:textId="77777777" w:rsidR="007F6A1D" w:rsidRDefault="000F1FE5">
      <w:pPr>
        <w:spacing w:after="30"/>
        <w:ind w:left="360"/>
      </w:pPr>
      <w:r>
        <w:t>.7  Compatibility: Compatible with insulation, air/water barrier, aluminum girts, fasteners, and substrate.</w:t>
      </w:r>
    </w:p>
    <w:p w14:paraId="74FBABFE" w14:textId="77777777" w:rsidR="007F6A1D" w:rsidRDefault="000F1FE5">
      <w:pPr>
        <w:spacing w:after="30"/>
      </w:pPr>
      <w:r>
        <w:t>.2  Exterior Girting: Extruded-aluminum or galvanized-steel vertical and/or horizontal girts, sized and spaced to support Turtl</w:t>
      </w:r>
      <w:r>
        <w:t>e Rib framing and imposed loads.</w:t>
      </w:r>
    </w:p>
    <w:p w14:paraId="76022907" w14:textId="77777777" w:rsidR="007F6A1D" w:rsidRDefault="000F1FE5">
      <w:pPr>
        <w:spacing w:after="30"/>
      </w:pPr>
      <w:r>
        <w:t>.3  Thermal-Clip Fasteners: Stainless steel or corrosion-resistant structural screws selected for substrate, embedment, edge distance, and design loads.</w:t>
      </w:r>
    </w:p>
    <w:p w14:paraId="4BECF830" w14:textId="77777777" w:rsidR="007F6A1D" w:rsidRDefault="000F1FE5">
      <w:pPr>
        <w:spacing w:after="30"/>
      </w:pPr>
      <w:r>
        <w:t>.4  Thermal-Clip Layout: Spacing and orientation shall be determined b</w:t>
      </w:r>
      <w:r>
        <w:t>y delegated-design Engineer. Do not exceed clip manufacturer's allowable loads or girt span limits.</w:t>
      </w:r>
    </w:p>
    <w:p w14:paraId="5CFA3303" w14:textId="77777777" w:rsidR="007F6A1D" w:rsidRDefault="000F1FE5">
      <w:pPr>
        <w:pStyle w:val="Article"/>
        <w:keepNext/>
      </w:pPr>
      <w:r>
        <w:t>2.5  ACCESSORIES</w:t>
      </w:r>
    </w:p>
    <w:p w14:paraId="0583D14F" w14:textId="77777777" w:rsidR="007F6A1D" w:rsidRDefault="000F1FE5">
      <w:pPr>
        <w:spacing w:after="30"/>
      </w:pPr>
      <w:r>
        <w:t>.1  Flashings and Trim: Aluminum sheet compatible with panel finish and thickness suitable for profile and span.</w:t>
      </w:r>
    </w:p>
    <w:p w14:paraId="2D0187A9" w14:textId="77777777" w:rsidR="007F6A1D" w:rsidRDefault="000F1FE5">
      <w:pPr>
        <w:spacing w:after="30"/>
      </w:pPr>
      <w:r>
        <w:t>.2  Isolation Materials: N</w:t>
      </w:r>
      <w:r>
        <w:t>onabsorptive tapes, coatings, shims, or membranes recommended for separating incompatible materials.</w:t>
      </w:r>
    </w:p>
    <w:p w14:paraId="2EBE2E92" w14:textId="77777777" w:rsidR="007F6A1D" w:rsidRDefault="000F1FE5">
      <w:pPr>
        <w:spacing w:after="30"/>
      </w:pPr>
      <w:r>
        <w:t>.3  Sealants: As specified in Section 07 92 00 and compatible with panels, coatings, air/water barrier, and adjacent materials.</w:t>
      </w:r>
    </w:p>
    <w:p w14:paraId="510D5827" w14:textId="77777777" w:rsidR="007F6A1D" w:rsidRDefault="000F1FE5">
      <w:pPr>
        <w:spacing w:after="30"/>
      </w:pPr>
      <w:r>
        <w:t>.4  Fire Blocking: Noncombu</w:t>
      </w:r>
      <w:r>
        <w:t>stible safing, mineral wool, sheet-metal closures, and other materials required by the approved NFPA 285 assembly and Contract Documents.</w:t>
      </w:r>
    </w:p>
    <w:p w14:paraId="07FBA417" w14:textId="77777777" w:rsidR="007F6A1D" w:rsidRDefault="000F1FE5">
      <w:pPr>
        <w:pStyle w:val="Article"/>
        <w:keepNext/>
      </w:pPr>
      <w:r>
        <w:t>2.6  FABRICATION</w:t>
      </w:r>
    </w:p>
    <w:p w14:paraId="5BD2CA9D" w14:textId="77777777" w:rsidR="007F6A1D" w:rsidRDefault="000F1FE5">
      <w:pPr>
        <w:spacing w:after="30"/>
      </w:pPr>
      <w:r>
        <w:t>.1  Fabricate panels accurately to profiles and dimensions indicated, allowing for installation toler</w:t>
      </w:r>
      <w:r>
        <w:t>ances and thermal movement.</w:t>
      </w:r>
    </w:p>
    <w:p w14:paraId="40B3D515" w14:textId="77777777" w:rsidR="007F6A1D" w:rsidRDefault="000F1FE5">
      <w:pPr>
        <w:spacing w:after="30"/>
      </w:pPr>
      <w:r>
        <w:t>.2  Form bends and returns with uniform radii, without cracking face sheets or damaging finish.</w:t>
      </w:r>
    </w:p>
    <w:p w14:paraId="4E025D9F" w14:textId="77777777" w:rsidR="007F6A1D" w:rsidRDefault="000F1FE5">
      <w:pPr>
        <w:spacing w:after="30"/>
      </w:pPr>
      <w:r>
        <w:lastRenderedPageBreak/>
        <w:t>.3  Maintain consistent joint width and alignment. Fabricate corner panels where practical to minimize exposed seams.</w:t>
      </w:r>
    </w:p>
    <w:p w14:paraId="4BCE722E" w14:textId="77777777" w:rsidR="007F6A1D" w:rsidRDefault="000F1FE5">
      <w:pPr>
        <w:spacing w:after="30"/>
      </w:pPr>
      <w:r>
        <w:t>.4  Provide co</w:t>
      </w:r>
      <w:r>
        <w:t>ncealed reinforcement where required for structural performance and flatness.</w:t>
      </w:r>
    </w:p>
    <w:p w14:paraId="49FF2B3F" w14:textId="77777777" w:rsidR="007F6A1D" w:rsidRDefault="000F1FE5">
      <w:pPr>
        <w:spacing w:after="30"/>
      </w:pPr>
      <w:r>
        <w:t>.5  Protect factory finish with removable film. Clearly identify film removal requirements and timing.</w:t>
      </w:r>
    </w:p>
    <w:p w14:paraId="5D2AF63D" w14:textId="77777777" w:rsidR="007F6A1D" w:rsidRDefault="000F1FE5">
      <w:pPr>
        <w:pStyle w:val="Part"/>
      </w:pPr>
      <w:r>
        <w:t>3  EXECUTION</w:t>
      </w:r>
    </w:p>
    <w:p w14:paraId="543560A5" w14:textId="77777777" w:rsidR="007F6A1D" w:rsidRDefault="000F1FE5">
      <w:pPr>
        <w:pStyle w:val="Article"/>
        <w:keepNext/>
      </w:pPr>
      <w:r>
        <w:t>3.1  EXAMINATION</w:t>
      </w:r>
    </w:p>
    <w:p w14:paraId="1EC975A8" w14:textId="77777777" w:rsidR="007F6A1D" w:rsidRDefault="000F1FE5">
      <w:pPr>
        <w:spacing w:after="30"/>
      </w:pPr>
      <w:r>
        <w:t>.1  Verify substrates, air/water barrier, fla</w:t>
      </w:r>
      <w:r>
        <w:t>shings, openings, and support locations are complete, aligned, and within tolerances required for installation.</w:t>
      </w:r>
    </w:p>
    <w:p w14:paraId="31B36E19" w14:textId="77777777" w:rsidR="007F6A1D" w:rsidRDefault="000F1FE5">
      <w:pPr>
        <w:spacing w:after="30"/>
      </w:pPr>
      <w:r>
        <w:t>.2  Verify air/water barrier is continuous and repaired at penetrations before concealment.</w:t>
      </w:r>
    </w:p>
    <w:p w14:paraId="4B93742C" w14:textId="77777777" w:rsidR="007F6A1D" w:rsidRDefault="000F1FE5">
      <w:pPr>
        <w:spacing w:after="30"/>
      </w:pPr>
      <w:r>
        <w:t>.3  Do not begin installation until unsatisfactory c</w:t>
      </w:r>
      <w:r>
        <w:t>onditions have been corrected.</w:t>
      </w:r>
    </w:p>
    <w:p w14:paraId="72DC9393" w14:textId="77777777" w:rsidR="007F6A1D" w:rsidRDefault="000F1FE5">
      <w:pPr>
        <w:pStyle w:val="Article"/>
        <w:keepNext/>
      </w:pPr>
      <w:r>
        <w:t>3.2  PREPARATION</w:t>
      </w:r>
    </w:p>
    <w:p w14:paraId="13165535" w14:textId="77777777" w:rsidR="007F6A1D" w:rsidRDefault="000F1FE5">
      <w:pPr>
        <w:spacing w:after="30"/>
      </w:pPr>
      <w:r>
        <w:t>.1  Field verify dimensions before fabrication where required. Coordinate fabrication schedule with construction progress.</w:t>
      </w:r>
    </w:p>
    <w:p w14:paraId="5ACF8DD2" w14:textId="77777777" w:rsidR="007F6A1D" w:rsidRDefault="000F1FE5">
      <w:pPr>
        <w:spacing w:after="30"/>
      </w:pPr>
      <w:r>
        <w:t>.2  Provide separation between dissimilar metals and between metal and alkaline or pr</w:t>
      </w:r>
      <w:r>
        <w:t>eservative-treated materials.</w:t>
      </w:r>
    </w:p>
    <w:p w14:paraId="67809AA3" w14:textId="77777777" w:rsidR="007F6A1D" w:rsidRDefault="000F1FE5">
      <w:pPr>
        <w:spacing w:after="30"/>
      </w:pPr>
      <w:r>
        <w:t>.3  Coordinate fastener penetrations through air/water barrier with approved sealing procedures.</w:t>
      </w:r>
    </w:p>
    <w:p w14:paraId="4BB947E4" w14:textId="77777777" w:rsidR="007F6A1D" w:rsidRDefault="000F1FE5">
      <w:pPr>
        <w:pStyle w:val="Article"/>
        <w:keepNext/>
      </w:pPr>
      <w:r>
        <w:t>3.3  INSTALLATION OF THERMAL CLIPS AND GIRTS</w:t>
      </w:r>
    </w:p>
    <w:p w14:paraId="1E07C627" w14:textId="77777777" w:rsidR="007F6A1D" w:rsidRDefault="000F1FE5">
      <w:pPr>
        <w:spacing w:after="30"/>
      </w:pPr>
      <w:r>
        <w:t xml:space="preserve">.1  Install thermal clips plumb, aligned, and spaced in accordance with </w:t>
      </w:r>
      <w:r>
        <w:t>approved Shop Drawings and delegated-design calculations.</w:t>
      </w:r>
    </w:p>
    <w:p w14:paraId="2B499538" w14:textId="77777777" w:rsidR="007F6A1D" w:rsidRDefault="000F1FE5">
      <w:pPr>
        <w:spacing w:after="30"/>
      </w:pPr>
      <w:r>
        <w:t>.2  Use specified fasteners, embedment, edge distances, and installation torque. Do not substitute fasteners without Engineer review.</w:t>
      </w:r>
    </w:p>
    <w:p w14:paraId="40EE5106" w14:textId="77777777" w:rsidR="007F6A1D" w:rsidRDefault="000F1FE5">
      <w:pPr>
        <w:spacing w:after="30"/>
      </w:pPr>
      <w:r>
        <w:t xml:space="preserve">.3  Install insulation continuously around clips and girts. Cut </w:t>
      </w:r>
      <w:r>
        <w:t>insulation neatly and close gaps to preserve thermal continuity.</w:t>
      </w:r>
    </w:p>
    <w:p w14:paraId="11A71831" w14:textId="77777777" w:rsidR="007F6A1D" w:rsidRDefault="000F1FE5">
      <w:pPr>
        <w:spacing w:after="30"/>
      </w:pPr>
      <w:r>
        <w:t>.4  Install girts straight and true. Shim only with approved noncompressible materials. Do not use wood shims.</w:t>
      </w:r>
    </w:p>
    <w:p w14:paraId="5257CE71" w14:textId="77777777" w:rsidR="007F6A1D" w:rsidRDefault="000F1FE5">
      <w:pPr>
        <w:spacing w:after="30"/>
      </w:pPr>
      <w:r>
        <w:t xml:space="preserve">.5  Seal or flash penetrations through air/water barrier in accordance with </w:t>
      </w:r>
      <w:r>
        <w:t>air-barrier manufacturer's instructions.</w:t>
      </w:r>
    </w:p>
    <w:p w14:paraId="0D979933" w14:textId="77777777" w:rsidR="007F6A1D" w:rsidRDefault="000F1FE5">
      <w:pPr>
        <w:pStyle w:val="Article"/>
        <w:keepNext/>
      </w:pPr>
      <w:r>
        <w:t>3.4  INSTALLATION OF RAINSCREEN FRAMING AND PANELS</w:t>
      </w:r>
    </w:p>
    <w:p w14:paraId="0BDCEC55" w14:textId="77777777" w:rsidR="007F6A1D" w:rsidRDefault="000F1FE5">
      <w:pPr>
        <w:spacing w:after="30"/>
      </w:pPr>
      <w:r>
        <w:t>.1  Install Turtle Rib framing and panels in accordance with manufacturer's written instructions, approved Shop Drawings, and engineering calculations.</w:t>
      </w:r>
    </w:p>
    <w:p w14:paraId="35633233" w14:textId="77777777" w:rsidR="007F6A1D" w:rsidRDefault="000F1FE5">
      <w:pPr>
        <w:spacing w:after="30"/>
      </w:pPr>
      <w:r>
        <w:t xml:space="preserve">.2  Install </w:t>
      </w:r>
      <w:r>
        <w:t>framing plumb, level, and aligned. Maintain required drainage cavity, ventilation openings, and pressure-equalization compartments.</w:t>
      </w:r>
    </w:p>
    <w:p w14:paraId="3989A6A5" w14:textId="77777777" w:rsidR="007F6A1D" w:rsidRDefault="000F1FE5">
      <w:pPr>
        <w:spacing w:after="30"/>
      </w:pPr>
      <w:r>
        <w:t>.3  Install stainless-steel panel clips at spacing indicated. Engage clips fully and verify panels are secure without restri</w:t>
      </w:r>
      <w:r>
        <w:t>cting designed movement.</w:t>
      </w:r>
    </w:p>
    <w:p w14:paraId="70CAD2CB" w14:textId="77777777" w:rsidR="007F6A1D" w:rsidRDefault="000F1FE5">
      <w:pPr>
        <w:spacing w:after="30"/>
      </w:pPr>
      <w:r>
        <w:t>.4  Install flashings, closures, corners, soffits, parapets, and transitions to shed water and maintain continuity of the wall assembly.</w:t>
      </w:r>
    </w:p>
    <w:p w14:paraId="3005A132" w14:textId="77777777" w:rsidR="007F6A1D" w:rsidRDefault="000F1FE5">
      <w:pPr>
        <w:spacing w:after="30"/>
      </w:pPr>
      <w:r>
        <w:t xml:space="preserve">.5  Do not obstruct drainage paths with sealant. Use sealant only where indicated or required </w:t>
      </w:r>
      <w:r>
        <w:t>by approved details.</w:t>
      </w:r>
    </w:p>
    <w:p w14:paraId="6305C0EC" w14:textId="77777777" w:rsidR="007F6A1D" w:rsidRDefault="000F1FE5">
      <w:pPr>
        <w:spacing w:after="30"/>
      </w:pPr>
      <w:r>
        <w:t>.6  Remove protective film within manufacturer's recommended period and before prolonged UV exposure.</w:t>
      </w:r>
    </w:p>
    <w:p w14:paraId="6EC6FBB1" w14:textId="77777777" w:rsidR="007F6A1D" w:rsidRDefault="000F1FE5">
      <w:pPr>
        <w:pStyle w:val="Article"/>
        <w:keepNext/>
      </w:pPr>
      <w:r>
        <w:t>3.5  FIELD QUALITY CONTROL</w:t>
      </w:r>
    </w:p>
    <w:p w14:paraId="62B2ACF6" w14:textId="77777777" w:rsidR="007F6A1D" w:rsidRDefault="000F1FE5">
      <w:pPr>
        <w:spacing w:after="30"/>
      </w:pPr>
      <w:r>
        <w:t>.1  Manufacturer's Field Services: Provide technical representative for preinstallation conference and per</w:t>
      </w:r>
      <w:r>
        <w:t>iodic observations at commencement of thermal-clip installation, rainscreen-framing installation, panel installation, and at substantial completion.</w:t>
      </w:r>
    </w:p>
    <w:p w14:paraId="7BA2365A" w14:textId="77777777" w:rsidR="007F6A1D" w:rsidRDefault="000F1FE5">
      <w:pPr>
        <w:spacing w:after="30"/>
      </w:pPr>
      <w:r>
        <w:t>.2  Testing: Perform field air- and water-leakage testing where specified in Division 01 or shown on Drawin</w:t>
      </w:r>
      <w:r>
        <w:t>gs.</w:t>
      </w:r>
    </w:p>
    <w:p w14:paraId="190C047F" w14:textId="77777777" w:rsidR="007F6A1D" w:rsidRDefault="000F1FE5">
      <w:pPr>
        <w:spacing w:after="30"/>
      </w:pPr>
      <w:r>
        <w:t>.3  Correct deficiencies and retest until specified performance is achieved.</w:t>
      </w:r>
    </w:p>
    <w:p w14:paraId="7D1541E4" w14:textId="77777777" w:rsidR="007F6A1D" w:rsidRDefault="000F1FE5">
      <w:pPr>
        <w:pStyle w:val="Article"/>
        <w:keepNext/>
      </w:pPr>
      <w:r>
        <w:t>3.6  CLEANING AND PROTECTION</w:t>
      </w:r>
    </w:p>
    <w:p w14:paraId="338DCC27" w14:textId="77777777" w:rsidR="007F6A1D" w:rsidRDefault="000F1FE5">
      <w:pPr>
        <w:spacing w:after="30"/>
      </w:pPr>
      <w:r>
        <w:t>.1  Clean exposed surfaces in accordance with panel manufacturer's written instructions. Do not use abrasive or incompatible cleaners.</w:t>
      </w:r>
    </w:p>
    <w:p w14:paraId="61DDC59D" w14:textId="77777777" w:rsidR="007F6A1D" w:rsidRDefault="000F1FE5">
      <w:pPr>
        <w:spacing w:after="30"/>
      </w:pPr>
      <w:r>
        <w:t xml:space="preserve">.2  Repair </w:t>
      </w:r>
      <w:r>
        <w:t>or replace damaged panels, framing, clips, coatings, and accessories to Architect's acceptance.</w:t>
      </w:r>
    </w:p>
    <w:p w14:paraId="13F302E3" w14:textId="77777777" w:rsidR="007F6A1D" w:rsidRDefault="000F1FE5">
      <w:pPr>
        <w:spacing w:after="30"/>
      </w:pPr>
      <w:r>
        <w:t>.3  Protect completed work from damage by subsequent construction activities.</w:t>
      </w:r>
    </w:p>
    <w:p w14:paraId="6CC272B0" w14:textId="77777777" w:rsidR="007F6A1D" w:rsidRDefault="000F1FE5">
      <w:pPr>
        <w:spacing w:before="200"/>
        <w:jc w:val="center"/>
      </w:pPr>
      <w:r>
        <w:rPr>
          <w:b/>
        </w:rPr>
        <w:t>END OF SECTION</w:t>
      </w:r>
    </w:p>
    <w:sectPr w:rsidR="007F6A1D" w:rsidSect="00034616">
      <w:headerReference w:type="default" r:id="rId8"/>
      <w:footerReference w:type="default" r:id="rId9"/>
      <w:pgSz w:w="12240" w:h="15840"/>
      <w:pgMar w:top="792" w:right="1008" w:bottom="792" w:left="1008" w:header="288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FAB15" w14:textId="77777777" w:rsidR="000F1FE5" w:rsidRDefault="000F1FE5">
      <w:pPr>
        <w:spacing w:after="0"/>
      </w:pPr>
      <w:r>
        <w:separator/>
      </w:r>
    </w:p>
  </w:endnote>
  <w:endnote w:type="continuationSeparator" w:id="0">
    <w:p w14:paraId="29C66EDF" w14:textId="77777777" w:rsidR="000F1FE5" w:rsidRDefault="000F1F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B1463" w14:textId="77777777" w:rsidR="007F6A1D" w:rsidRDefault="000F1FE5">
    <w:pPr>
      <w:pStyle w:val="Footer"/>
      <w:jc w:val="right"/>
    </w:pPr>
    <w:r>
      <w:rPr>
        <w:sz w:val="16"/>
      </w:rPr>
      <w:t xml:space="preserve">15/07/2026    Page </w:t>
    </w:r>
    <w:r>
      <w:fldChar w:fldCharType="begin"/>
    </w:r>
    <w:r>
      <w:instrText>PAGE</w:instrText>
    </w:r>
    <w:r>
      <w:fldChar w:fldCharType="separate"/>
    </w:r>
    <w:r w:rsidR="008E5B92">
      <w:rPr>
        <w:noProof/>
      </w:rPr>
      <w:t>1</w:t>
    </w:r>
    <w:r>
      <w:fldChar w:fldCharType="end"/>
    </w:r>
    <w:r>
      <w:rPr>
        <w:sz w:val="16"/>
      </w:rPr>
      <w:t xml:space="preserve"> of </w:t>
    </w:r>
    <w:r>
      <w:fldChar w:fldCharType="begin"/>
    </w:r>
    <w:r>
      <w:instrText>NUMPAGES</w:instrText>
    </w:r>
    <w:r>
      <w:fldChar w:fldCharType="separate"/>
    </w:r>
    <w:r w:rsidR="008E5B9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90E86" w14:textId="77777777" w:rsidR="000F1FE5" w:rsidRDefault="000F1FE5">
      <w:pPr>
        <w:spacing w:after="0"/>
      </w:pPr>
      <w:r>
        <w:separator/>
      </w:r>
    </w:p>
  </w:footnote>
  <w:footnote w:type="continuationSeparator" w:id="0">
    <w:p w14:paraId="45BB9357" w14:textId="77777777" w:rsidR="000F1FE5" w:rsidRDefault="000F1F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CCC43" w14:textId="77777777" w:rsidR="007F6A1D" w:rsidRDefault="007F6A1D">
    <w:pPr>
      <w:pStyle w:val="Head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5112"/>
      <w:gridCol w:w="5112"/>
    </w:tblGrid>
    <w:tr w:rsidR="007F6A1D" w14:paraId="33BC7184" w14:textId="77777777">
      <w:trPr>
        <w:jc w:val="center"/>
      </w:trPr>
      <w:tc>
        <w:tcPr>
          <w:tcW w:w="5112" w:type="dxa"/>
          <w:tcBorders>
            <w:bottom w:val="single" w:sz="6" w:space="0" w:color="808080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4BB4F0BE" w14:textId="77777777" w:rsidR="007F6A1D" w:rsidRDefault="000F1FE5">
          <w:pPr>
            <w:spacing w:after="0"/>
          </w:pPr>
          <w:r>
            <w:rPr>
              <w:sz w:val="16"/>
            </w:rPr>
            <w:t>&lt;&lt;Project Title&gt;&gt;</w:t>
          </w:r>
        </w:p>
      </w:tc>
      <w:tc>
        <w:tcPr>
          <w:tcW w:w="5112" w:type="dxa"/>
          <w:tcBorders>
            <w:bottom w:val="single" w:sz="6" w:space="0" w:color="808080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77849105" w14:textId="77777777" w:rsidR="007F6A1D" w:rsidRDefault="000F1FE5">
          <w:pPr>
            <w:spacing w:after="0"/>
            <w:jc w:val="right"/>
          </w:pPr>
          <w:r>
            <w:rPr>
              <w:sz w:val="16"/>
            </w:rPr>
            <w:t>07 42 00</w:t>
          </w:r>
        </w:p>
      </w:tc>
    </w:tr>
    <w:tr w:rsidR="007F6A1D" w14:paraId="594F7AC1" w14:textId="77777777">
      <w:trPr>
        <w:jc w:val="center"/>
      </w:trPr>
      <w:tc>
        <w:tcPr>
          <w:tcW w:w="5112" w:type="dxa"/>
          <w:tcBorders>
            <w:bottom w:val="single" w:sz="6" w:space="0" w:color="808080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5F5BA2CD" w14:textId="77777777" w:rsidR="007F6A1D" w:rsidRDefault="000F1FE5">
          <w:pPr>
            <w:spacing w:after="0"/>
          </w:pPr>
          <w:r>
            <w:rPr>
              <w:sz w:val="16"/>
            </w:rPr>
            <w:t xml:space="preserve">&lt;&lt;Project </w:t>
          </w:r>
          <w:r>
            <w:rPr>
              <w:sz w:val="16"/>
            </w:rPr>
            <w:t>Number&gt;&gt;</w:t>
          </w:r>
        </w:p>
      </w:tc>
      <w:tc>
        <w:tcPr>
          <w:tcW w:w="5112" w:type="dxa"/>
          <w:tcBorders>
            <w:bottom w:val="single" w:sz="6" w:space="0" w:color="808080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5981881C" w14:textId="77777777" w:rsidR="007F6A1D" w:rsidRDefault="000F1FE5">
          <w:pPr>
            <w:spacing w:after="0"/>
            <w:jc w:val="right"/>
          </w:pPr>
          <w:r>
            <w:rPr>
              <w:b/>
              <w:sz w:val="16"/>
            </w:rPr>
            <w:t>COMPOSITE WALL PANELS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1FE5"/>
    <w:rsid w:val="0015074B"/>
    <w:rsid w:val="0029639D"/>
    <w:rsid w:val="00326F90"/>
    <w:rsid w:val="007F6A1D"/>
    <w:rsid w:val="008E5B9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F2E39"/>
  <w14:defaultImageDpi w14:val="300"/>
  <w15:docId w15:val="{06C34DF8-0BB2-4DDB-99BB-2BF2C978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pecSection">
    <w:name w:val="Spec Section"/>
    <w:pPr>
      <w:spacing w:before="100" w:after="40"/>
    </w:pPr>
    <w:rPr>
      <w:rFonts w:ascii="Arial" w:hAnsi="Arial"/>
      <w:b/>
    </w:rPr>
  </w:style>
  <w:style w:type="paragraph" w:customStyle="1" w:styleId="Article">
    <w:name w:val="Article"/>
    <w:pPr>
      <w:spacing w:before="100" w:after="40"/>
    </w:pPr>
    <w:rPr>
      <w:rFonts w:ascii="Arial" w:hAnsi="Arial"/>
      <w:b/>
      <w:sz w:val="17"/>
    </w:rPr>
  </w:style>
  <w:style w:type="paragraph" w:customStyle="1" w:styleId="Part">
    <w:name w:val="Part"/>
    <w:pPr>
      <w:spacing w:before="160" w:after="40"/>
    </w:pPr>
    <w:rPr>
      <w:rFonts w:ascii="Arial" w:hAnsi="Arial"/>
      <w:b/>
    </w:rPr>
  </w:style>
  <w:style w:type="paragraph" w:customStyle="1" w:styleId="Note">
    <w:name w:val="Note"/>
    <w:pPr>
      <w:spacing w:before="100" w:after="40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2802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Nathan Morlock</cp:lastModifiedBy>
  <cp:revision>2</cp:revision>
  <dcterms:created xsi:type="dcterms:W3CDTF">2026-07-15T16:43:00Z</dcterms:created>
  <dcterms:modified xsi:type="dcterms:W3CDTF">2026-07-15T16:43:00Z</dcterms:modified>
  <cp:category/>
</cp:coreProperties>
</file>